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2F17" w14:textId="0BD4C739" w:rsidR="004E1ECF" w:rsidRDefault="004E1ECF" w:rsidP="004C0D8B">
      <w:pPr>
        <w:spacing w:after="100" w:afterAutospacing="1"/>
      </w:pPr>
    </w:p>
    <w:sectPr w:rsidR="004E1ECF" w:rsidSect="00DC4C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527E1" w14:textId="77777777" w:rsidR="00B265F7" w:rsidRDefault="00B265F7">
      <w:pPr>
        <w:spacing w:after="0" w:line="240" w:lineRule="auto"/>
      </w:pPr>
      <w:r>
        <w:separator/>
      </w:r>
    </w:p>
  </w:endnote>
  <w:endnote w:type="continuationSeparator" w:id="0">
    <w:p w14:paraId="6F089A3C" w14:textId="77777777" w:rsidR="00B265F7" w:rsidRDefault="00B2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E9E2E" w14:textId="77777777" w:rsidR="002F4A6E" w:rsidRDefault="002F4A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D8EF" w14:textId="3C3B0D23" w:rsidR="0001415B" w:rsidRPr="00106079" w:rsidRDefault="00865A46" w:rsidP="00106079">
    <w:pPr>
      <w:pStyle w:val="Header"/>
      <w:ind w:left="-1296" w:right="-1008"/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2DCDFE" wp14:editId="21CBF80D">
              <wp:simplePos x="0" y="0"/>
              <wp:positionH relativeFrom="column">
                <wp:posOffset>-863600</wp:posOffset>
              </wp:positionH>
              <wp:positionV relativeFrom="paragraph">
                <wp:posOffset>-157268</wp:posOffset>
              </wp:positionV>
              <wp:extent cx="7078133" cy="0"/>
              <wp:effectExtent l="0" t="0" r="0" b="0"/>
              <wp:wrapNone/>
              <wp:docPr id="1232267299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8133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56397610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pt,-12.4pt" to="489.35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" strokecolor="#943634 [2405]" strokeweight="1.5pt"/>
          </w:pict>
        </mc:Fallback>
      </mc:AlternateContent>
    </w:r>
    <w:r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 xml:space="preserve"> </w:t>
    </w:r>
    <w:r w:rsidR="00DC4C62" w:rsidRP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 xml:space="preserve">BJT20250101        </w:t>
    </w:r>
    <w:r w:rsid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 xml:space="preserve">     </w:t>
    </w:r>
    <w:r w:rsidR="0001415B" w:rsidRP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>Buddha Journal of Technology | Volume 1 | Issue 1 | August 2025</w:t>
    </w:r>
    <w:r w:rsidR="00DC4C62" w:rsidRP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 xml:space="preserve">         </w:t>
    </w:r>
    <w:r w:rsid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 xml:space="preserve">       </w:t>
    </w:r>
    <w:r w:rsidR="00DC4C62" w:rsidRPr="00106079">
      <w:rPr>
        <w:rFonts w:ascii="Times New Roman" w:hAnsi="Times New Roman" w:cs="Times New Roman"/>
        <w:b/>
        <w:bCs/>
        <w:color w:val="943634" w:themeColor="accent2" w:themeShade="BF"/>
        <w:sz w:val="26"/>
        <w:szCs w:val="2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8A32C" w14:textId="77777777" w:rsidR="002F4A6E" w:rsidRDefault="002F4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A80E4" w14:textId="77777777" w:rsidR="00B265F7" w:rsidRDefault="00B265F7">
      <w:pPr>
        <w:spacing w:after="0" w:line="240" w:lineRule="auto"/>
      </w:pPr>
      <w:r>
        <w:separator/>
      </w:r>
    </w:p>
  </w:footnote>
  <w:footnote w:type="continuationSeparator" w:id="0">
    <w:p w14:paraId="75ED638D" w14:textId="77777777" w:rsidR="00B265F7" w:rsidRDefault="00B2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51A1F" w14:textId="77777777" w:rsidR="002F4A6E" w:rsidRDefault="002F4A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90D98" w14:textId="72B0C2E0" w:rsidR="002F4A6E" w:rsidRPr="0001415B" w:rsidRDefault="002F4A6E" w:rsidP="002F4A6E">
    <w:pPr>
      <w:pStyle w:val="Header"/>
      <w:ind w:left="-720" w:right="-720"/>
      <w:jc w:val="center"/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</w:pPr>
    <w:bookmarkStart w:id="0" w:name="_Hlk215220577"/>
    <w:r>
      <w:rPr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8512CE1" wp14:editId="218DDAE8">
          <wp:simplePos x="0" y="0"/>
          <wp:positionH relativeFrom="column">
            <wp:posOffset>-795020</wp:posOffset>
          </wp:positionH>
          <wp:positionV relativeFrom="paragraph">
            <wp:posOffset>91440</wp:posOffset>
          </wp:positionV>
          <wp:extent cx="828040" cy="8280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 xml:space="preserve">     </w:t>
    </w:r>
    <w:r w:rsidRPr="00CA7F31"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>Buddha Journal of Engineering Sciences</w:t>
    </w:r>
    <w:r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 xml:space="preserve"> </w:t>
    </w:r>
    <w:r w:rsidRPr="00CA7F31"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>and Technology</w:t>
    </w:r>
    <w:r w:rsidRPr="0001415B"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 xml:space="preserve"> (BJ</w:t>
    </w:r>
    <w:r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>ES</w:t>
    </w:r>
    <w:r w:rsidRPr="0001415B">
      <w:rPr>
        <w:rFonts w:ascii="Times New Roman" w:hAnsi="Times New Roman" w:cs="Times New Roman"/>
        <w:b/>
        <w:bCs/>
        <w:color w:val="943634" w:themeColor="accent2" w:themeShade="BF"/>
        <w:sz w:val="52"/>
        <w:szCs w:val="52"/>
      </w:rPr>
      <w:t>T)</w:t>
    </w:r>
  </w:p>
  <w:p w14:paraId="45DB392A" w14:textId="0B660F30" w:rsidR="002F4A6E" w:rsidRDefault="002F4A6E" w:rsidP="002F4A6E">
    <w:pPr>
      <w:pStyle w:val="Header"/>
      <w:ind w:left="-144" w:right="-144"/>
      <w:jc w:val="center"/>
      <w:rPr>
        <w:rFonts w:ascii="Times New Roman" w:hAnsi="Times New Roman" w:cs="Times New Roman"/>
        <w:b/>
        <w:bCs/>
      </w:rPr>
    </w:pPr>
    <w:r w:rsidRPr="004C0D8B">
      <w:rPr>
        <w:rFonts w:ascii="Times New Roman" w:hAnsi="Times New Roman" w:cs="Times New Roman"/>
        <w:b/>
        <w:bCs/>
      </w:rPr>
      <w:t xml:space="preserve">Volume 1 | Issue 1 | August 2025Website: </w:t>
    </w:r>
    <w:hyperlink r:id="rId2" w:history="1">
      <w:r w:rsidRPr="00966CBC">
        <w:rPr>
          <w:rStyle w:val="Hyperlink"/>
          <w:rFonts w:ascii="Times New Roman" w:hAnsi="Times New Roman" w:cs="Times New Roman"/>
          <w:b/>
          <w:bCs/>
        </w:rPr>
        <w:t>www.journal.bit.ac.in</w:t>
      </w:r>
    </w:hyperlink>
    <w:r>
      <w:rPr>
        <w:rFonts w:ascii="Times New Roman" w:hAnsi="Times New Roman" w:cs="Times New Roman"/>
        <w:b/>
        <w:bCs/>
      </w:rPr>
      <w:t xml:space="preserve"> </w:t>
    </w:r>
    <w:r w:rsidRPr="004C0D8B">
      <w:rPr>
        <w:rFonts w:ascii="Times New Roman" w:hAnsi="Times New Roman" w:cs="Times New Roman"/>
        <w:b/>
        <w:bCs/>
      </w:rPr>
      <w:t xml:space="preserve">Email: </w:t>
    </w:r>
    <w:hyperlink r:id="rId3" w:history="1">
      <w:r w:rsidRPr="00BD397F">
        <w:rPr>
          <w:rStyle w:val="Hyperlink"/>
          <w:rFonts w:ascii="Times New Roman" w:hAnsi="Times New Roman" w:cs="Times New Roman"/>
          <w:b/>
          <w:bCs/>
        </w:rPr>
        <w:t>bjt@bit.ac.in</w:t>
      </w:r>
    </w:hyperlink>
  </w:p>
  <w:bookmarkEnd w:id="0"/>
  <w:p w14:paraId="062CDBE6" w14:textId="77777777" w:rsidR="002F4A6E" w:rsidRPr="004C0D8B" w:rsidRDefault="002F4A6E" w:rsidP="002F4A6E">
    <w:pPr>
      <w:pStyle w:val="Header"/>
      <w:spacing w:line="360" w:lineRule="auto"/>
      <w:ind w:left="-144" w:right="-144"/>
      <w:jc w:val="center"/>
      <w:rPr>
        <w:sz w:val="16"/>
        <w:szCs w:val="16"/>
      </w:rPr>
    </w:pPr>
  </w:p>
  <w:p w14:paraId="45A355AC" w14:textId="5A13AC9A" w:rsidR="0001415B" w:rsidRPr="002F4A6E" w:rsidRDefault="002F4A6E" w:rsidP="002F4A6E">
    <w:pPr>
      <w:pStyle w:val="Header"/>
      <w:ind w:left="-14256"/>
      <w:jc w:val="center"/>
      <w:rPr>
        <w:lang w:val="en-IN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D1B90A6" wp14:editId="70F18E30">
              <wp:simplePos x="0" y="0"/>
              <wp:positionH relativeFrom="column">
                <wp:posOffset>-247650</wp:posOffset>
              </wp:positionH>
              <wp:positionV relativeFrom="paragraph">
                <wp:posOffset>13335</wp:posOffset>
              </wp:positionV>
              <wp:extent cx="6731000" cy="17145"/>
              <wp:effectExtent l="0" t="0" r="31750" b="20955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31000" cy="1714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233723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1.05pt" to="510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" strokecolor="#943634 [2405]" strokeweight="1.5pt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7604" w14:textId="77777777" w:rsidR="002F4A6E" w:rsidRDefault="002F4A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FB0DDA"/>
    <w:multiLevelType w:val="hybridMultilevel"/>
    <w:tmpl w:val="3058E52C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num w:numId="1" w16cid:durableId="263461566">
    <w:abstractNumId w:val="8"/>
  </w:num>
  <w:num w:numId="2" w16cid:durableId="2047365763">
    <w:abstractNumId w:val="6"/>
  </w:num>
  <w:num w:numId="3" w16cid:durableId="685791044">
    <w:abstractNumId w:val="5"/>
  </w:num>
  <w:num w:numId="4" w16cid:durableId="1035040485">
    <w:abstractNumId w:val="4"/>
  </w:num>
  <w:num w:numId="5" w16cid:durableId="884293724">
    <w:abstractNumId w:val="7"/>
  </w:num>
  <w:num w:numId="6" w16cid:durableId="1089734862">
    <w:abstractNumId w:val="3"/>
  </w:num>
  <w:num w:numId="7" w16cid:durableId="1478065888">
    <w:abstractNumId w:val="2"/>
  </w:num>
  <w:num w:numId="8" w16cid:durableId="691493786">
    <w:abstractNumId w:val="1"/>
  </w:num>
  <w:num w:numId="9" w16cid:durableId="1278104944">
    <w:abstractNumId w:val="0"/>
  </w:num>
  <w:num w:numId="10" w16cid:durableId="10996415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415B"/>
    <w:rsid w:val="00034616"/>
    <w:rsid w:val="00053808"/>
    <w:rsid w:val="0006063C"/>
    <w:rsid w:val="00106079"/>
    <w:rsid w:val="001176DC"/>
    <w:rsid w:val="0015074B"/>
    <w:rsid w:val="0029639D"/>
    <w:rsid w:val="002F4A6E"/>
    <w:rsid w:val="00326F90"/>
    <w:rsid w:val="00434F01"/>
    <w:rsid w:val="004C0D8B"/>
    <w:rsid w:val="004E1ECF"/>
    <w:rsid w:val="0056732B"/>
    <w:rsid w:val="005A647F"/>
    <w:rsid w:val="006C24EE"/>
    <w:rsid w:val="006E36F2"/>
    <w:rsid w:val="007E3399"/>
    <w:rsid w:val="00865A46"/>
    <w:rsid w:val="00AA1D8D"/>
    <w:rsid w:val="00B265F7"/>
    <w:rsid w:val="00B47730"/>
    <w:rsid w:val="00BE5E8E"/>
    <w:rsid w:val="00CB0664"/>
    <w:rsid w:val="00DC4C6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26A1D7"/>
  <w14:defaultImageDpi w14:val="300"/>
  <w15:docId w15:val="{B4EADED0-BEB0-4E6B-ABA5-122EF6ED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nhideWhenUsed/>
    <w:rsid w:val="000141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15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64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jt@bit.ac.in" TargetMode="External"/><Relationship Id="rId2" Type="http://schemas.openxmlformats.org/officeDocument/2006/relationships/hyperlink" Target="http://www.journal.bit.ac.in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Raj Singh</cp:lastModifiedBy>
  <cp:revision>4</cp:revision>
  <cp:lastPrinted>2025-10-01T12:02:00Z</cp:lastPrinted>
  <dcterms:created xsi:type="dcterms:W3CDTF">2025-10-11T01:06:00Z</dcterms:created>
  <dcterms:modified xsi:type="dcterms:W3CDTF">2025-11-28T06:02:00Z</dcterms:modified>
  <cp:category/>
</cp:coreProperties>
</file>